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F92BE" w14:textId="4509C834" w:rsidR="00570FF8" w:rsidRPr="00081B15" w:rsidRDefault="00222D6D" w:rsidP="00081B15">
      <w:pPr>
        <w:spacing w:after="0" w:line="276" w:lineRule="auto"/>
        <w:jc w:val="center"/>
        <w:rPr>
          <w:sz w:val="24"/>
          <w:szCs w:val="24"/>
          <w:lang w:val="ro-RO"/>
        </w:rPr>
      </w:pPr>
      <w:bookmarkStart w:id="0" w:name="_GoBack"/>
      <w:r w:rsidRPr="00081B15">
        <w:rPr>
          <w:b/>
          <w:sz w:val="24"/>
          <w:szCs w:val="24"/>
          <w:lang w:val="ro-RO"/>
        </w:rPr>
        <w:t>ACORD DE PARTENERIAT EDUCAȚIONAL</w:t>
      </w:r>
    </w:p>
    <w:bookmarkEnd w:id="0"/>
    <w:p w14:paraId="1E3D43EA" w14:textId="77777777" w:rsidR="00570FF8" w:rsidRPr="00081B15" w:rsidRDefault="00D20B7E" w:rsidP="00081B15">
      <w:pPr>
        <w:spacing w:after="0" w:line="276" w:lineRule="auto"/>
        <w:jc w:val="center"/>
        <w:rPr>
          <w:sz w:val="24"/>
          <w:szCs w:val="24"/>
          <w:lang w:val="ro-RO"/>
        </w:rPr>
      </w:pPr>
      <w:r w:rsidRPr="00081B15">
        <w:rPr>
          <w:i/>
          <w:sz w:val="24"/>
          <w:szCs w:val="24"/>
          <w:lang w:val="ro-RO"/>
        </w:rPr>
        <w:t>în cadrul proiectului educațional județean</w:t>
      </w:r>
    </w:p>
    <w:p w14:paraId="2F632706" w14:textId="51B15575" w:rsidR="00570FF8" w:rsidRPr="00081B15" w:rsidRDefault="00D20B7E" w:rsidP="00081B15">
      <w:pPr>
        <w:spacing w:after="0" w:line="276" w:lineRule="auto"/>
        <w:jc w:val="center"/>
        <w:rPr>
          <w:b/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„</w:t>
      </w:r>
      <w:r w:rsidR="009804E3" w:rsidRPr="00081B15">
        <w:rPr>
          <w:b/>
          <w:sz w:val="24"/>
          <w:szCs w:val="24"/>
          <w:lang w:val="ro-RO"/>
        </w:rPr>
        <w:t>Diversitate și prietenie prin artă culinară și joc</w:t>
      </w:r>
      <w:r w:rsidRPr="00081B15">
        <w:rPr>
          <w:b/>
          <w:sz w:val="24"/>
          <w:szCs w:val="24"/>
          <w:lang w:val="ro-RO"/>
        </w:rPr>
        <w:t>”</w:t>
      </w:r>
    </w:p>
    <w:p w14:paraId="337DDB32" w14:textId="77777777" w:rsidR="00545474" w:rsidRPr="00081B15" w:rsidRDefault="00545474" w:rsidP="00081B15">
      <w:pPr>
        <w:spacing w:after="0" w:line="276" w:lineRule="auto"/>
        <w:jc w:val="center"/>
        <w:rPr>
          <w:sz w:val="24"/>
          <w:szCs w:val="24"/>
          <w:lang w:val="ro-RO"/>
        </w:rPr>
      </w:pPr>
    </w:p>
    <w:p w14:paraId="4642C929" w14:textId="77777777" w:rsidR="00CD3BD4" w:rsidRPr="00081B15" w:rsidRDefault="00CD3BD4" w:rsidP="00081B15">
      <w:pPr>
        <w:spacing w:after="0" w:line="276" w:lineRule="auto"/>
        <w:jc w:val="right"/>
        <w:rPr>
          <w:b/>
          <w:sz w:val="24"/>
          <w:szCs w:val="24"/>
          <w:lang w:val="ro-RO"/>
        </w:rPr>
      </w:pPr>
    </w:p>
    <w:p w14:paraId="198370B6" w14:textId="529845BC" w:rsidR="00EE2BBE" w:rsidRPr="00081B15" w:rsidRDefault="00EE2BBE" w:rsidP="00B46AC2">
      <w:pPr>
        <w:spacing w:after="0" w:line="360" w:lineRule="auto"/>
        <w:jc w:val="both"/>
        <w:rPr>
          <w:b/>
          <w:lang w:val="ro-RO"/>
        </w:rPr>
      </w:pPr>
      <w:r w:rsidRPr="00081B15">
        <w:rPr>
          <w:b/>
          <w:lang w:val="ro-RO"/>
        </w:rPr>
        <w:t>Casa Corpului Didactic Giurgiu</w:t>
      </w:r>
      <w:r w:rsidR="00081B15">
        <w:rPr>
          <w:b/>
          <w:lang w:val="ro-RO"/>
        </w:rPr>
        <w:tab/>
      </w:r>
      <w:r w:rsidR="00081B15">
        <w:rPr>
          <w:b/>
          <w:lang w:val="ro-RO"/>
        </w:rPr>
        <w:tab/>
      </w:r>
      <w:r w:rsidR="00081B15">
        <w:rPr>
          <w:b/>
          <w:lang w:val="ro-RO"/>
        </w:rPr>
        <w:tab/>
      </w:r>
      <w:r w:rsidR="00081B15">
        <w:rPr>
          <w:b/>
          <w:lang w:val="ro-RO"/>
        </w:rPr>
        <w:tab/>
      </w:r>
      <w:r w:rsidR="00081B15">
        <w:rPr>
          <w:b/>
          <w:lang w:val="ro-RO"/>
        </w:rPr>
        <w:tab/>
      </w:r>
      <w:r w:rsidR="00081B15">
        <w:rPr>
          <w:b/>
          <w:lang w:val="ro-RO"/>
        </w:rPr>
        <w:tab/>
        <w:t xml:space="preserve"> </w:t>
      </w:r>
      <w:r w:rsidRPr="00081B15">
        <w:rPr>
          <w:b/>
          <w:lang w:val="ro-RO"/>
        </w:rPr>
        <w:t>Unitatea de învățământ:</w:t>
      </w:r>
    </w:p>
    <w:p w14:paraId="7FD38912" w14:textId="4F4E0C08" w:rsidR="00EE2BBE" w:rsidRPr="00081B15" w:rsidRDefault="00D20B7E" w:rsidP="00B46AC2">
      <w:pPr>
        <w:spacing w:after="0" w:line="360" w:lineRule="auto"/>
        <w:rPr>
          <w:b/>
          <w:lang w:val="ro-RO"/>
        </w:rPr>
      </w:pPr>
      <w:r w:rsidRPr="00081B15">
        <w:rPr>
          <w:b/>
          <w:lang w:val="ro-RO"/>
        </w:rPr>
        <w:t>Nr.</w:t>
      </w:r>
      <w:r w:rsidR="00081B15">
        <w:rPr>
          <w:b/>
          <w:lang w:val="ro-RO"/>
        </w:rPr>
        <w:t xml:space="preserve"> _________</w:t>
      </w:r>
      <w:r w:rsidR="009804E3" w:rsidRPr="00081B15">
        <w:rPr>
          <w:b/>
          <w:lang w:val="ro-RO"/>
        </w:rPr>
        <w:t xml:space="preserve"> </w:t>
      </w:r>
      <w:r w:rsidRPr="00081B15">
        <w:rPr>
          <w:b/>
          <w:lang w:val="ro-RO"/>
        </w:rPr>
        <w:t>/</w:t>
      </w:r>
      <w:r w:rsidR="00081B15">
        <w:rPr>
          <w:b/>
          <w:lang w:val="ro-RO"/>
        </w:rPr>
        <w:t>________</w:t>
      </w:r>
      <w:r w:rsidR="00BF20C9" w:rsidRPr="00081B15">
        <w:rPr>
          <w:b/>
          <w:lang w:val="ro-RO"/>
        </w:rPr>
        <w:t>.2026</w:t>
      </w:r>
      <w:r w:rsidR="00EE2BBE" w:rsidRPr="00081B15">
        <w:rPr>
          <w:b/>
          <w:lang w:val="ro-RO"/>
        </w:rPr>
        <w:tab/>
      </w:r>
      <w:r w:rsidR="00EE2BBE" w:rsidRPr="00081B15">
        <w:rPr>
          <w:b/>
          <w:lang w:val="ro-RO"/>
        </w:rPr>
        <w:tab/>
      </w:r>
      <w:r w:rsidR="00EE2BBE" w:rsidRPr="00081B15">
        <w:rPr>
          <w:b/>
          <w:lang w:val="ro-RO"/>
        </w:rPr>
        <w:tab/>
      </w:r>
      <w:r w:rsidR="00081B15">
        <w:rPr>
          <w:b/>
          <w:lang w:val="ro-RO"/>
        </w:rPr>
        <w:tab/>
      </w:r>
      <w:r w:rsidR="00EE2BBE" w:rsidRPr="00081B15">
        <w:rPr>
          <w:b/>
          <w:lang w:val="ro-RO"/>
        </w:rPr>
        <w:tab/>
        <w:t>______</w:t>
      </w:r>
      <w:r w:rsidR="00081B15">
        <w:rPr>
          <w:b/>
          <w:lang w:val="ro-RO"/>
        </w:rPr>
        <w:t>___</w:t>
      </w:r>
      <w:r w:rsidR="00EE2BBE" w:rsidRPr="00081B15">
        <w:rPr>
          <w:b/>
          <w:lang w:val="ro-RO"/>
        </w:rPr>
        <w:t>___________________</w:t>
      </w:r>
      <w:r w:rsidR="00081B15">
        <w:rPr>
          <w:b/>
          <w:lang w:val="ro-RO"/>
        </w:rPr>
        <w:t>_</w:t>
      </w:r>
      <w:r w:rsidR="00EE2BBE" w:rsidRPr="00081B15">
        <w:rPr>
          <w:b/>
          <w:lang w:val="ro-RO"/>
        </w:rPr>
        <w:t>___</w:t>
      </w:r>
      <w:r w:rsidR="00D323D2" w:rsidRPr="00081B15">
        <w:rPr>
          <w:b/>
          <w:lang w:val="ro-RO"/>
        </w:rPr>
        <w:t>___</w:t>
      </w:r>
    </w:p>
    <w:p w14:paraId="10E50245" w14:textId="60E1D43E" w:rsidR="00EE2BBE" w:rsidRPr="00081B15" w:rsidRDefault="00EE2BBE" w:rsidP="00B46AC2">
      <w:pPr>
        <w:spacing w:after="0" w:line="360" w:lineRule="auto"/>
        <w:ind w:left="5040" w:firstLine="720"/>
        <w:jc w:val="right"/>
        <w:rPr>
          <w:b/>
          <w:lang w:val="ro-RO"/>
        </w:rPr>
      </w:pPr>
      <w:r w:rsidRPr="00081B15">
        <w:rPr>
          <w:b/>
          <w:lang w:val="ro-RO"/>
        </w:rPr>
        <w:t>Nr.</w:t>
      </w:r>
      <w:r w:rsidR="00081B15" w:rsidRPr="00081B15">
        <w:t xml:space="preserve"> </w:t>
      </w:r>
      <w:r w:rsidR="00081B15" w:rsidRPr="00081B15">
        <w:rPr>
          <w:b/>
          <w:lang w:val="ro-RO"/>
        </w:rPr>
        <w:t>_________</w:t>
      </w:r>
      <w:r w:rsidR="00081B15">
        <w:rPr>
          <w:b/>
          <w:lang w:val="ro-RO"/>
        </w:rPr>
        <w:t xml:space="preserve"> </w:t>
      </w:r>
      <w:r w:rsidR="00081B15" w:rsidRPr="00081B15">
        <w:rPr>
          <w:b/>
          <w:lang w:val="ro-RO"/>
        </w:rPr>
        <w:t>/________.2026</w:t>
      </w:r>
      <w:r w:rsidR="00081B15" w:rsidRPr="00081B15">
        <w:rPr>
          <w:b/>
          <w:lang w:val="ro-RO"/>
        </w:rPr>
        <w:tab/>
      </w:r>
    </w:p>
    <w:p w14:paraId="27189135" w14:textId="77777777" w:rsidR="00EE2BBE" w:rsidRPr="00081B15" w:rsidRDefault="00EE2BBE" w:rsidP="00081B15">
      <w:pPr>
        <w:spacing w:after="0" w:line="276" w:lineRule="auto"/>
        <w:rPr>
          <w:lang w:val="ro-RO"/>
        </w:rPr>
      </w:pPr>
    </w:p>
    <w:p w14:paraId="79CF6064" w14:textId="77777777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I. PĂRȚILE ACORDULUI</w:t>
      </w:r>
    </w:p>
    <w:p w14:paraId="23B1E440" w14:textId="77777777" w:rsidR="00570FF8" w:rsidRPr="00081B15" w:rsidRDefault="00D20B7E" w:rsidP="00081B15">
      <w:pPr>
        <w:spacing w:after="0" w:line="360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1. Casa Corpului Didactic Giurgiu, cu sediul în Giurgiu, reprezentată prin director, prof. Olteanu </w:t>
      </w:r>
      <w:proofErr w:type="spellStart"/>
      <w:r w:rsidRPr="00081B15">
        <w:rPr>
          <w:sz w:val="24"/>
          <w:szCs w:val="24"/>
          <w:lang w:val="ro-RO"/>
        </w:rPr>
        <w:t>Tehodora</w:t>
      </w:r>
      <w:proofErr w:type="spellEnd"/>
      <w:r w:rsidRPr="00081B15">
        <w:rPr>
          <w:sz w:val="24"/>
          <w:szCs w:val="24"/>
          <w:lang w:val="ro-RO"/>
        </w:rPr>
        <w:t>-Mirela, în calitate de ORGANIZATOR,</w:t>
      </w:r>
    </w:p>
    <w:p w14:paraId="7A8E31E7" w14:textId="77777777" w:rsidR="00570FF8" w:rsidRPr="00081B15" w:rsidRDefault="00D20B7E" w:rsidP="00081B15">
      <w:pPr>
        <w:spacing w:after="0" w:line="360" w:lineRule="auto"/>
        <w:ind w:firstLine="720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și</w:t>
      </w:r>
    </w:p>
    <w:p w14:paraId="474F547F" w14:textId="1E23BDCF" w:rsidR="00BF20C9" w:rsidRPr="00081B15" w:rsidRDefault="00D20B7E" w:rsidP="00081B15">
      <w:pPr>
        <w:spacing w:after="0" w:line="360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2. </w:t>
      </w:r>
      <w:r w:rsidR="00AC058B" w:rsidRPr="00081B15">
        <w:rPr>
          <w:sz w:val="24"/>
          <w:szCs w:val="24"/>
          <w:lang w:val="ro-RO"/>
        </w:rPr>
        <w:t xml:space="preserve">Unitatea de învățământ </w:t>
      </w:r>
      <w:r w:rsidR="00BF20C9" w:rsidRPr="00081B15">
        <w:rPr>
          <w:sz w:val="24"/>
          <w:szCs w:val="24"/>
          <w:lang w:val="ro-RO"/>
        </w:rPr>
        <w:t>__________________________________</w:t>
      </w:r>
      <w:r w:rsidR="00081B15">
        <w:rPr>
          <w:sz w:val="24"/>
          <w:szCs w:val="24"/>
          <w:lang w:val="ro-RO"/>
        </w:rPr>
        <w:t>_______</w:t>
      </w:r>
      <w:r w:rsidR="00BF20C9" w:rsidRPr="00081B15">
        <w:rPr>
          <w:sz w:val="24"/>
          <w:szCs w:val="24"/>
          <w:lang w:val="ro-RO"/>
        </w:rPr>
        <w:t>_________________</w:t>
      </w:r>
      <w:r w:rsidRPr="00081B15">
        <w:rPr>
          <w:sz w:val="24"/>
          <w:szCs w:val="24"/>
          <w:lang w:val="ro-RO"/>
        </w:rPr>
        <w:t xml:space="preserve">, cu sediul în </w:t>
      </w:r>
      <w:r w:rsidR="00BF20C9" w:rsidRPr="00081B15">
        <w:rPr>
          <w:sz w:val="24"/>
          <w:szCs w:val="24"/>
          <w:lang w:val="ro-RO"/>
        </w:rPr>
        <w:t>_______________________________________</w:t>
      </w:r>
      <w:r w:rsidR="00081B15">
        <w:rPr>
          <w:sz w:val="24"/>
          <w:szCs w:val="24"/>
          <w:lang w:val="ro-RO"/>
        </w:rPr>
        <w:t>_</w:t>
      </w:r>
      <w:r w:rsidR="00BF20C9" w:rsidRPr="00081B15">
        <w:rPr>
          <w:sz w:val="24"/>
          <w:szCs w:val="24"/>
          <w:lang w:val="ro-RO"/>
        </w:rPr>
        <w:t>______________________________,</w:t>
      </w:r>
    </w:p>
    <w:p w14:paraId="5149E312" w14:textId="1C97EE73" w:rsidR="00570FF8" w:rsidRPr="00081B15" w:rsidRDefault="00D20B7E" w:rsidP="00081B15">
      <w:pPr>
        <w:spacing w:after="0" w:line="360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reprezentată prin </w:t>
      </w:r>
      <w:r w:rsidR="00BF20C9" w:rsidRPr="00081B15">
        <w:rPr>
          <w:sz w:val="24"/>
          <w:szCs w:val="24"/>
          <w:lang w:val="ro-RO"/>
        </w:rPr>
        <w:t>___________________________________________________________</w:t>
      </w:r>
      <w:r w:rsidRPr="00081B15">
        <w:rPr>
          <w:sz w:val="24"/>
          <w:szCs w:val="24"/>
          <w:lang w:val="ro-RO"/>
        </w:rPr>
        <w:t>, în calitate de PARTENER,</w:t>
      </w:r>
      <w:r w:rsidR="00081B15">
        <w:rPr>
          <w:sz w:val="24"/>
          <w:szCs w:val="24"/>
          <w:lang w:val="ro-RO"/>
        </w:rPr>
        <w:t xml:space="preserve"> </w:t>
      </w:r>
      <w:r w:rsidRPr="00081B15">
        <w:rPr>
          <w:sz w:val="24"/>
          <w:szCs w:val="24"/>
          <w:lang w:val="ro-RO"/>
        </w:rPr>
        <w:t>convin încheierea prezentului acord de parteneriat educațional.</w:t>
      </w:r>
    </w:p>
    <w:p w14:paraId="7716C4D3" w14:textId="77777777" w:rsidR="007947ED" w:rsidRPr="00081B15" w:rsidRDefault="007947ED" w:rsidP="00081B15">
      <w:pPr>
        <w:spacing w:before="120" w:after="0" w:line="276" w:lineRule="auto"/>
        <w:jc w:val="both"/>
        <w:rPr>
          <w:b/>
          <w:sz w:val="24"/>
          <w:szCs w:val="24"/>
          <w:lang w:val="ro-RO"/>
        </w:rPr>
      </w:pPr>
    </w:p>
    <w:p w14:paraId="1A9918E3" w14:textId="6BAD6C0B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II. OBIECTUL ACORDULUI</w:t>
      </w:r>
    </w:p>
    <w:p w14:paraId="7E5C6CCA" w14:textId="0632C7E1" w:rsidR="00570FF8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Obiectul prezentului acord îl constituie colaborarea dintre părți în vederea organizării, desfășurării, promovării și diseminării activităților din cadrul proiectului educațional </w:t>
      </w:r>
      <w:r w:rsidRPr="00081B15">
        <w:rPr>
          <w:b/>
          <w:bCs/>
          <w:sz w:val="24"/>
          <w:szCs w:val="24"/>
          <w:lang w:val="ro-RO"/>
        </w:rPr>
        <w:t>județean „</w:t>
      </w:r>
      <w:r w:rsidR="009804E3" w:rsidRPr="00081B15">
        <w:rPr>
          <w:b/>
          <w:bCs/>
          <w:sz w:val="24"/>
          <w:szCs w:val="24"/>
          <w:lang w:val="ro-RO"/>
        </w:rPr>
        <w:t>Diversitate și prietenie prin artă culinară și joc</w:t>
      </w:r>
      <w:r w:rsidRPr="00081B15">
        <w:rPr>
          <w:b/>
          <w:bCs/>
          <w:sz w:val="24"/>
          <w:szCs w:val="24"/>
          <w:lang w:val="ro-RO"/>
        </w:rPr>
        <w:t>”</w:t>
      </w:r>
      <w:r w:rsidRPr="00081B15">
        <w:rPr>
          <w:sz w:val="24"/>
          <w:szCs w:val="24"/>
          <w:lang w:val="ro-RO"/>
        </w:rPr>
        <w:t>, d</w:t>
      </w:r>
      <w:r w:rsidR="009804E3" w:rsidRPr="00081B15">
        <w:rPr>
          <w:sz w:val="24"/>
          <w:szCs w:val="24"/>
          <w:lang w:val="ro-RO"/>
        </w:rPr>
        <w:t>esfășurat în perioada noiembrie-decembrie</w:t>
      </w:r>
      <w:r w:rsidRPr="00081B15">
        <w:rPr>
          <w:sz w:val="24"/>
          <w:szCs w:val="24"/>
          <w:lang w:val="ro-RO"/>
        </w:rPr>
        <w:t xml:space="preserve"> 2026.</w:t>
      </w:r>
    </w:p>
    <w:p w14:paraId="230988B9" w14:textId="77777777" w:rsidR="007947ED" w:rsidRPr="00081B15" w:rsidRDefault="007947ED" w:rsidP="00081B15">
      <w:pPr>
        <w:spacing w:before="120" w:after="0" w:line="276" w:lineRule="auto"/>
        <w:jc w:val="both"/>
        <w:rPr>
          <w:b/>
          <w:sz w:val="24"/>
          <w:szCs w:val="24"/>
          <w:lang w:val="ro-RO"/>
        </w:rPr>
      </w:pPr>
    </w:p>
    <w:p w14:paraId="3AC687A8" w14:textId="3F89C2F8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III. SCOPUL PARTENERIATULUI</w:t>
      </w:r>
    </w:p>
    <w:p w14:paraId="53C56769" w14:textId="06947CC7" w:rsidR="002375F9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Parteneriatul urmărește susținerea unui cadru educațional </w:t>
      </w:r>
      <w:proofErr w:type="spellStart"/>
      <w:r w:rsidRPr="00081B15">
        <w:rPr>
          <w:sz w:val="24"/>
          <w:szCs w:val="24"/>
          <w:lang w:val="ro-RO"/>
        </w:rPr>
        <w:t>colaborativ</w:t>
      </w:r>
      <w:proofErr w:type="spellEnd"/>
      <w:r w:rsidRPr="00081B15">
        <w:rPr>
          <w:sz w:val="24"/>
          <w:szCs w:val="24"/>
          <w:lang w:val="ro-RO"/>
        </w:rPr>
        <w:t xml:space="preserve">, în care elevii și cadrele didactice </w:t>
      </w:r>
      <w:r w:rsidR="009804E3" w:rsidRPr="00081B15">
        <w:rPr>
          <w:sz w:val="24"/>
          <w:szCs w:val="24"/>
          <w:lang w:val="ro-RO"/>
        </w:rPr>
        <w:t xml:space="preserve">să redescopere, să  valorifice și să promoveze </w:t>
      </w:r>
      <w:r w:rsidR="002375F9" w:rsidRPr="00081B15">
        <w:rPr>
          <w:sz w:val="24"/>
          <w:szCs w:val="24"/>
          <w:lang w:val="ro-RO"/>
        </w:rPr>
        <w:t>patrimoniul cultural tradițional al Munteniei prin activități educative, artistice, gastronomice și recreative care dezvoltă creativitatea, spiritul de cooperare, prietenia, respectul față de tradițiile locale și sentimentul de apartenență la comunitate.</w:t>
      </w:r>
    </w:p>
    <w:p w14:paraId="022E70C9" w14:textId="58F7E23A" w:rsidR="007947ED" w:rsidRPr="00081B15" w:rsidRDefault="007947ED" w:rsidP="00081B15">
      <w:pPr>
        <w:spacing w:after="0" w:line="276" w:lineRule="auto"/>
        <w:jc w:val="both"/>
        <w:rPr>
          <w:b/>
          <w:sz w:val="24"/>
          <w:szCs w:val="24"/>
          <w:lang w:val="ro-RO"/>
        </w:rPr>
      </w:pPr>
    </w:p>
    <w:p w14:paraId="0A8D8ACB" w14:textId="3FCEF8E0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IV. RESPONSABILITĂȚILE ORGANIZATORULUI</w:t>
      </w:r>
    </w:p>
    <w:p w14:paraId="7312541A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coordoneze activitățile proiectului și să asigure comunicarea cu instituțiile partenere;</w:t>
      </w:r>
    </w:p>
    <w:p w14:paraId="7D281439" w14:textId="0BD4EC10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transmită partenerilor informațiile, regulamentul și documentele necesare participării;</w:t>
      </w:r>
    </w:p>
    <w:p w14:paraId="68FA5226" w14:textId="78F394E0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• să valorifice lucrările și exemplele de bune practici prin </w:t>
      </w:r>
      <w:r w:rsidR="00F83F5C" w:rsidRPr="00081B15">
        <w:rPr>
          <w:rFonts w:cs="Times New Roman"/>
          <w:sz w:val="24"/>
          <w:szCs w:val="24"/>
          <w:lang w:val="ro-RO"/>
        </w:rPr>
        <w:t>expoziția virtuală, broșura digitală și galeria fotografică:</w:t>
      </w:r>
    </w:p>
    <w:p w14:paraId="662E6F58" w14:textId="613ED8FF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• să acorde, în condițiile stabilite prin regulamentul </w:t>
      </w:r>
      <w:r w:rsidR="00F83F5C" w:rsidRPr="00081B15">
        <w:rPr>
          <w:sz w:val="24"/>
          <w:szCs w:val="24"/>
          <w:lang w:val="ro-RO"/>
        </w:rPr>
        <w:t>proiectului, diplome/adeverințe</w:t>
      </w:r>
      <w:r w:rsidRPr="00081B15">
        <w:rPr>
          <w:sz w:val="24"/>
          <w:szCs w:val="24"/>
          <w:lang w:val="ro-RO"/>
        </w:rPr>
        <w:t xml:space="preserve"> de participare.</w:t>
      </w:r>
    </w:p>
    <w:p w14:paraId="17E85075" w14:textId="4317AA1C" w:rsidR="00EE2BBE" w:rsidRPr="00081B15" w:rsidRDefault="00EE2BBE" w:rsidP="00081B15">
      <w:pPr>
        <w:spacing w:before="120" w:after="0" w:line="276" w:lineRule="auto"/>
        <w:jc w:val="both"/>
        <w:rPr>
          <w:b/>
          <w:sz w:val="24"/>
          <w:szCs w:val="24"/>
          <w:lang w:val="ro-RO"/>
        </w:rPr>
      </w:pPr>
    </w:p>
    <w:p w14:paraId="1E726042" w14:textId="4AA98677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V. RESPONSABILITĂȚILE PARTENERULUI</w:t>
      </w:r>
    </w:p>
    <w:p w14:paraId="24E37CED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promoveze proiectul în cadrul instituției și să faciliteze participarea elevilor și/sau a cadrelor didactice;</w:t>
      </w:r>
    </w:p>
    <w:p w14:paraId="463C455F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sprijine realizarea și transmiterea lucrărilor în conformitate cu tematica și cerințele proiectului;</w:t>
      </w:r>
    </w:p>
    <w:p w14:paraId="113E2CF9" w14:textId="1D548E6B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încurajeze part</w:t>
      </w:r>
      <w:r w:rsidR="00F83F5C" w:rsidRPr="00081B15">
        <w:rPr>
          <w:sz w:val="24"/>
          <w:szCs w:val="24"/>
          <w:lang w:val="ro-RO"/>
        </w:rPr>
        <w:t xml:space="preserve">iciparea activă, creativitatea și </w:t>
      </w:r>
      <w:r w:rsidRPr="00081B15">
        <w:rPr>
          <w:sz w:val="24"/>
          <w:szCs w:val="24"/>
          <w:lang w:val="ro-RO"/>
        </w:rPr>
        <w:t>cola</w:t>
      </w:r>
      <w:r w:rsidR="00F83F5C" w:rsidRPr="00081B15">
        <w:rPr>
          <w:sz w:val="24"/>
          <w:szCs w:val="24"/>
          <w:lang w:val="ro-RO"/>
        </w:rPr>
        <w:t>borarea;</w:t>
      </w:r>
    </w:p>
    <w:p w14:paraId="19500FAC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respecte calendarul, regulamentul și condițiile de participare comunicate de organizator;</w:t>
      </w:r>
    </w:p>
    <w:p w14:paraId="2F75EA57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lastRenderedPageBreak/>
        <w:t>• să contribuie, după caz, la promovarea și diseminarea activităților și rezultatelor proiectului;</w:t>
      </w:r>
    </w:p>
    <w:p w14:paraId="59ABCF90" w14:textId="77777777" w:rsidR="00570FF8" w:rsidRPr="00081B15" w:rsidRDefault="00D20B7E" w:rsidP="00081B15">
      <w:pPr>
        <w:spacing w:after="0" w:line="276" w:lineRule="auto"/>
        <w:ind w:left="283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• să respecte prevederile aplicabile privind protecția datelor cu caracter personal, drepturile de autor și utilizarea imaginilor/lucrărilor participanților.</w:t>
      </w:r>
    </w:p>
    <w:p w14:paraId="5D56845F" w14:textId="77777777" w:rsidR="007947ED" w:rsidRPr="00081B15" w:rsidRDefault="007947ED" w:rsidP="00081B15">
      <w:pPr>
        <w:spacing w:before="120" w:after="0" w:line="276" w:lineRule="auto"/>
        <w:jc w:val="both"/>
        <w:rPr>
          <w:b/>
          <w:sz w:val="24"/>
          <w:szCs w:val="24"/>
          <w:lang w:val="ro-RO"/>
        </w:rPr>
      </w:pPr>
    </w:p>
    <w:p w14:paraId="2F46BDDA" w14:textId="6E5C131F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VI. ACTIVITĂȚI ȘI REZULTATE VIZATE</w:t>
      </w:r>
    </w:p>
    <w:p w14:paraId="13B44B9F" w14:textId="06415400" w:rsidR="00570FF8" w:rsidRPr="00081B15" w:rsidRDefault="00F83F5C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Colaborarea vizează</w:t>
      </w:r>
      <w:r w:rsidR="00D20B7E" w:rsidRPr="00081B15">
        <w:rPr>
          <w:sz w:val="24"/>
          <w:szCs w:val="24"/>
          <w:lang w:val="ro-RO"/>
        </w:rPr>
        <w:t xml:space="preserve"> </w:t>
      </w:r>
      <w:r w:rsidRPr="00081B15">
        <w:rPr>
          <w:sz w:val="24"/>
          <w:szCs w:val="24"/>
          <w:lang w:val="ro-RO"/>
        </w:rPr>
        <w:t xml:space="preserve">implicarea activă </w:t>
      </w:r>
      <w:r w:rsidR="00DF1CD5" w:rsidRPr="00081B15">
        <w:rPr>
          <w:sz w:val="24"/>
          <w:szCs w:val="24"/>
          <w:lang w:val="ro-RO"/>
        </w:rPr>
        <w:t xml:space="preserve">a elevilor și a cadrelor didactice </w:t>
      </w:r>
      <w:r w:rsidRPr="00081B15">
        <w:rPr>
          <w:sz w:val="24"/>
          <w:szCs w:val="24"/>
          <w:lang w:val="ro-RO"/>
        </w:rPr>
        <w:t>în cadrul proiectului pentru promovarea artei</w:t>
      </w:r>
      <w:r w:rsidR="00DF1CD5" w:rsidRPr="00081B15">
        <w:rPr>
          <w:sz w:val="24"/>
          <w:szCs w:val="24"/>
          <w:lang w:val="ro-RO"/>
        </w:rPr>
        <w:t>, valorificarea gastronomiei și redescoperirea jocurilor specifice comunităților rurale și urbane din Muntenia.</w:t>
      </w:r>
    </w:p>
    <w:p w14:paraId="06C5D706" w14:textId="69DAE55E" w:rsidR="00570FF8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 xml:space="preserve">Prezentul acord este valabil pe perioada desfășurării proiectului, </w:t>
      </w:r>
      <w:r w:rsidR="006F4745" w:rsidRPr="00081B15">
        <w:rPr>
          <w:sz w:val="24"/>
          <w:szCs w:val="24"/>
          <w:lang w:val="ro-RO"/>
        </w:rPr>
        <w:t xml:space="preserve">noiembrie-decembrie </w:t>
      </w:r>
      <w:r w:rsidRPr="00081B15">
        <w:rPr>
          <w:sz w:val="24"/>
          <w:szCs w:val="24"/>
          <w:lang w:val="ro-RO"/>
        </w:rPr>
        <w:t>2026, și până la finalizarea activităților de evaluare, promovare și diseminare aferente acestuia.</w:t>
      </w:r>
    </w:p>
    <w:p w14:paraId="0D9E2F4D" w14:textId="77777777" w:rsidR="005200EF" w:rsidRPr="00081B15" w:rsidRDefault="005200EF" w:rsidP="00081B15">
      <w:pPr>
        <w:spacing w:after="0" w:line="276" w:lineRule="auto"/>
        <w:jc w:val="both"/>
        <w:rPr>
          <w:sz w:val="24"/>
          <w:szCs w:val="24"/>
          <w:lang w:val="ro-RO"/>
        </w:rPr>
      </w:pPr>
    </w:p>
    <w:p w14:paraId="6ED6C6DC" w14:textId="77777777" w:rsidR="00570FF8" w:rsidRPr="00081B15" w:rsidRDefault="00D20B7E" w:rsidP="00081B15">
      <w:pPr>
        <w:spacing w:before="120" w:after="0" w:line="276" w:lineRule="auto"/>
        <w:jc w:val="both"/>
        <w:rPr>
          <w:sz w:val="24"/>
          <w:szCs w:val="24"/>
          <w:lang w:val="ro-RO"/>
        </w:rPr>
      </w:pPr>
      <w:r w:rsidRPr="00081B15">
        <w:rPr>
          <w:b/>
          <w:sz w:val="24"/>
          <w:szCs w:val="24"/>
          <w:lang w:val="ro-RO"/>
        </w:rPr>
        <w:t>VIII. DISPOZIȚII FINALE</w:t>
      </w:r>
    </w:p>
    <w:p w14:paraId="4097E347" w14:textId="77777777" w:rsidR="00570FF8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Prezentul parteneriat are caracter educațional și nu implică obligații financiare între părți, dacă acestea nu sunt stabilite distinct, în scris, printr-un document ulterior.</w:t>
      </w:r>
    </w:p>
    <w:p w14:paraId="1DF6F04A" w14:textId="77777777" w:rsidR="00570FF8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Orice modificare a prezentului acord se realizează cu acordul ambelor părți. Eventualele situații neprevăzute vor fi soluționate pe cale amiabilă, prin consultarea reprezentanților celor două instituții.</w:t>
      </w:r>
    </w:p>
    <w:p w14:paraId="256D0407" w14:textId="77777777" w:rsidR="00570FF8" w:rsidRPr="00081B15" w:rsidRDefault="00D20B7E" w:rsidP="00081B15">
      <w:pPr>
        <w:spacing w:after="0" w:line="276" w:lineRule="auto"/>
        <w:jc w:val="both"/>
        <w:rPr>
          <w:sz w:val="24"/>
          <w:szCs w:val="24"/>
          <w:lang w:val="ro-RO"/>
        </w:rPr>
      </w:pPr>
      <w:r w:rsidRPr="00081B15">
        <w:rPr>
          <w:sz w:val="24"/>
          <w:szCs w:val="24"/>
          <w:lang w:val="ro-RO"/>
        </w:rPr>
        <w:t>Acordul se încheie astăzi, __________________, în două exemplare, câte unul pentru fiecare parte.</w:t>
      </w:r>
    </w:p>
    <w:p w14:paraId="62403C69" w14:textId="77777777" w:rsidR="00570FF8" w:rsidRPr="00081B15" w:rsidRDefault="00570FF8" w:rsidP="00081B15">
      <w:pPr>
        <w:spacing w:after="0" w:line="276" w:lineRule="auto"/>
        <w:rPr>
          <w:sz w:val="24"/>
          <w:szCs w:val="24"/>
          <w:lang w:val="ro-RO"/>
        </w:rPr>
      </w:pPr>
    </w:p>
    <w:p w14:paraId="60DBF73C" w14:textId="77777777" w:rsidR="00715EF6" w:rsidRPr="00081B15" w:rsidRDefault="00715EF6" w:rsidP="00081B15">
      <w:pPr>
        <w:spacing w:after="0" w:line="276" w:lineRule="auto"/>
        <w:rPr>
          <w:sz w:val="24"/>
          <w:szCs w:val="24"/>
          <w:lang w:val="ro-RO"/>
        </w:rPr>
      </w:pPr>
    </w:p>
    <w:tbl>
      <w:tblPr>
        <w:tblW w:w="11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3"/>
        <w:gridCol w:w="3704"/>
        <w:gridCol w:w="3704"/>
      </w:tblGrid>
      <w:tr w:rsidR="00AC058B" w:rsidRPr="00081B15" w14:paraId="77943E68" w14:textId="70E9920C" w:rsidTr="00545474">
        <w:trPr>
          <w:jc w:val="center"/>
        </w:trPr>
        <w:tc>
          <w:tcPr>
            <w:tcW w:w="3703" w:type="dxa"/>
          </w:tcPr>
          <w:p w14:paraId="5917E586" w14:textId="77777777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7D9EED25" w14:textId="060A6D83" w:rsidR="00545474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 xml:space="preserve">ORGANIZATOR, 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  <w:t>CASA CORPULUI DIDACTIC GIURGIU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</w:p>
          <w:p w14:paraId="2AA8701C" w14:textId="77777777" w:rsidR="00545474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Director,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  <w:t xml:space="preserve">Prof. Olteanu </w:t>
            </w:r>
            <w:proofErr w:type="spellStart"/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Tehodora</w:t>
            </w:r>
            <w:proofErr w:type="spellEnd"/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-Mirela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</w:p>
          <w:p w14:paraId="555A6701" w14:textId="1AE1B8B7" w:rsidR="00AC058B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Semnătura: __________________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  <w:t>L.S.</w:t>
            </w:r>
          </w:p>
        </w:tc>
        <w:tc>
          <w:tcPr>
            <w:tcW w:w="3704" w:type="dxa"/>
          </w:tcPr>
          <w:p w14:paraId="7DEA274A" w14:textId="77777777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1F46A5AB" w14:textId="4248CCEB" w:rsidR="00BF20C9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 xml:space="preserve">PARTENER, 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  <w:r w:rsidR="00BF20C9" w:rsidRPr="00081B15">
              <w:rPr>
                <w:rFonts w:cs="Times New Roman"/>
                <w:b/>
                <w:sz w:val="24"/>
                <w:szCs w:val="24"/>
                <w:lang w:val="ro-RO"/>
              </w:rPr>
              <w:t>_____________________________</w:t>
            </w:r>
          </w:p>
          <w:p w14:paraId="6A2DE2F3" w14:textId="77777777" w:rsidR="00BF20C9" w:rsidRPr="00081B15" w:rsidRDefault="00BF20C9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_____________________________</w:t>
            </w:r>
          </w:p>
          <w:p w14:paraId="2D1911DE" w14:textId="790FB208" w:rsidR="00BF20C9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  <w:r w:rsidR="00433872" w:rsidRPr="00081B15">
              <w:rPr>
                <w:rFonts w:cs="Times New Roman"/>
                <w:b/>
                <w:sz w:val="24"/>
                <w:szCs w:val="24"/>
                <w:lang w:val="ro-RO"/>
              </w:rPr>
              <w:t xml:space="preserve">Director, 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  <w:r w:rsidR="00BF20C9" w:rsidRPr="00081B15">
              <w:rPr>
                <w:rFonts w:cs="Times New Roman"/>
                <w:b/>
                <w:sz w:val="24"/>
                <w:szCs w:val="24"/>
                <w:lang w:val="ro-RO"/>
              </w:rPr>
              <w:t>_____________________________</w:t>
            </w:r>
          </w:p>
          <w:p w14:paraId="7B999086" w14:textId="77777777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082E698F" w14:textId="2B306B85" w:rsidR="00AC058B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Semnătura: __________________</w:t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</w: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br/>
              <w:t>L.S.</w:t>
            </w:r>
          </w:p>
        </w:tc>
        <w:tc>
          <w:tcPr>
            <w:tcW w:w="3704" w:type="dxa"/>
          </w:tcPr>
          <w:p w14:paraId="57A23CFC" w14:textId="77777777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38318B64" w14:textId="1AF22C82" w:rsidR="00AC058B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 xml:space="preserve">COORDONATOR, </w:t>
            </w:r>
          </w:p>
          <w:p w14:paraId="06DAE92E" w14:textId="7B629198" w:rsidR="00AC058B" w:rsidRPr="00081B15" w:rsidRDefault="00AC058B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 xml:space="preserve">Prof. </w:t>
            </w:r>
            <w:r w:rsidR="00BF20C9" w:rsidRPr="00081B15">
              <w:rPr>
                <w:rFonts w:cs="Times New Roman"/>
                <w:b/>
                <w:sz w:val="24"/>
                <w:szCs w:val="24"/>
                <w:lang w:val="ro-RO"/>
              </w:rPr>
              <w:t>___________________</w:t>
            </w:r>
          </w:p>
          <w:p w14:paraId="69F7C9F4" w14:textId="3D8313C6" w:rsidR="00BF20C9" w:rsidRPr="00081B15" w:rsidRDefault="00BF20C9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_________________________</w:t>
            </w:r>
          </w:p>
          <w:p w14:paraId="337D9C33" w14:textId="39A8684D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0CB62226" w14:textId="77777777" w:rsidR="00545474" w:rsidRPr="00081B15" w:rsidRDefault="00545474" w:rsidP="00081B15">
            <w:pPr>
              <w:spacing w:after="0" w:line="360" w:lineRule="auto"/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14:paraId="4B94DC8E" w14:textId="499213C9" w:rsidR="00AC058B" w:rsidRPr="00081B15" w:rsidRDefault="00AC058B" w:rsidP="00081B15">
            <w:pPr>
              <w:spacing w:after="0" w:line="360" w:lineRule="auto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81B15">
              <w:rPr>
                <w:rFonts w:cs="Times New Roman"/>
                <w:b/>
                <w:sz w:val="24"/>
                <w:szCs w:val="24"/>
                <w:lang w:val="ro-RO"/>
              </w:rPr>
              <w:t>Semnătura: ___________</w:t>
            </w:r>
            <w:r w:rsidR="00FC0686" w:rsidRPr="00081B15">
              <w:rPr>
                <w:rFonts w:cs="Times New Roman"/>
                <w:b/>
                <w:sz w:val="24"/>
                <w:szCs w:val="24"/>
                <w:lang w:val="ro-RO"/>
              </w:rPr>
              <w:t>___</w:t>
            </w:r>
          </w:p>
        </w:tc>
      </w:tr>
    </w:tbl>
    <w:p w14:paraId="0D2B031C" w14:textId="77777777" w:rsidR="000F7572" w:rsidRPr="00081B15" w:rsidRDefault="000F7572" w:rsidP="00081B15">
      <w:pPr>
        <w:spacing w:after="0" w:line="276" w:lineRule="auto"/>
        <w:rPr>
          <w:sz w:val="24"/>
          <w:szCs w:val="24"/>
          <w:lang w:val="ro-RO"/>
        </w:rPr>
      </w:pPr>
    </w:p>
    <w:sectPr w:rsidR="000F7572" w:rsidRPr="00081B15" w:rsidSect="00BF20C9">
      <w:pgSz w:w="11907" w:h="16840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794A"/>
    <w:rsid w:val="0006063C"/>
    <w:rsid w:val="00081B15"/>
    <w:rsid w:val="000F7572"/>
    <w:rsid w:val="0015074B"/>
    <w:rsid w:val="001643CC"/>
    <w:rsid w:val="00222D6D"/>
    <w:rsid w:val="002375F9"/>
    <w:rsid w:val="0029639D"/>
    <w:rsid w:val="002F168A"/>
    <w:rsid w:val="00326F90"/>
    <w:rsid w:val="003468D8"/>
    <w:rsid w:val="00431AA0"/>
    <w:rsid w:val="00433872"/>
    <w:rsid w:val="005200EF"/>
    <w:rsid w:val="00545474"/>
    <w:rsid w:val="00570FF8"/>
    <w:rsid w:val="006536EB"/>
    <w:rsid w:val="006B4F65"/>
    <w:rsid w:val="006F4745"/>
    <w:rsid w:val="006F6DFB"/>
    <w:rsid w:val="00715EF6"/>
    <w:rsid w:val="007947ED"/>
    <w:rsid w:val="00824267"/>
    <w:rsid w:val="008259C4"/>
    <w:rsid w:val="00833359"/>
    <w:rsid w:val="009804E3"/>
    <w:rsid w:val="009A03A2"/>
    <w:rsid w:val="00AA1D8D"/>
    <w:rsid w:val="00AC058B"/>
    <w:rsid w:val="00AF4C7E"/>
    <w:rsid w:val="00B46AC2"/>
    <w:rsid w:val="00B47730"/>
    <w:rsid w:val="00BF20C9"/>
    <w:rsid w:val="00C24257"/>
    <w:rsid w:val="00CB0664"/>
    <w:rsid w:val="00CD3BD4"/>
    <w:rsid w:val="00CF337D"/>
    <w:rsid w:val="00D20B7E"/>
    <w:rsid w:val="00D323D2"/>
    <w:rsid w:val="00DF1CD5"/>
    <w:rsid w:val="00E104F5"/>
    <w:rsid w:val="00E66986"/>
    <w:rsid w:val="00EE2BBE"/>
    <w:rsid w:val="00F83F5C"/>
    <w:rsid w:val="00FC06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2E937A"/>
  <w14:defaultImageDpi w14:val="300"/>
  <w15:docId w15:val="{A211F73A-1A2C-447E-8E25-93F2783D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A1EF59-EA0D-4A80-A80B-1F9942498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CCD Giurgiu</dc:creator>
  <cp:keywords/>
  <dc:description>generated by python-docx</dc:description>
  <cp:lastModifiedBy>-</cp:lastModifiedBy>
  <cp:revision>3</cp:revision>
  <dcterms:created xsi:type="dcterms:W3CDTF">2026-11-03T13:04:00Z</dcterms:created>
  <dcterms:modified xsi:type="dcterms:W3CDTF">2026-11-03T13:04:00Z</dcterms:modified>
  <cp:category/>
</cp:coreProperties>
</file>